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B52" w:rsidRDefault="003A5972">
      <w:pPr>
        <w:jc w:val="center"/>
      </w:pPr>
      <w:r>
        <w:rPr>
          <w:b/>
          <w:sz w:val="28"/>
        </w:rPr>
        <w:t>LIST 'B'</w:t>
      </w:r>
      <w:r>
        <w:rPr>
          <w:b/>
          <w:sz w:val="28"/>
        </w:rPr>
        <w:br/>
      </w:r>
      <w:r>
        <w:rPr>
          <w:b/>
          <w:sz w:val="24"/>
        </w:rPr>
        <w:t>Carpentry &amp; Hardware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3380"/>
        <w:gridCol w:w="2187"/>
        <w:gridCol w:w="2187"/>
        <w:gridCol w:w="2187"/>
      </w:tblGrid>
      <w:tr w:rsidR="00167B52" w:rsidTr="00326D51">
        <w:trPr>
          <w:tblHeader/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proofErr w:type="spellStart"/>
            <w:r>
              <w:rPr>
                <w:b/>
                <w:sz w:val="17"/>
              </w:rPr>
              <w:t>S.No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3384" w:type="dxa"/>
            <w:vAlign w:val="center"/>
          </w:tcPr>
          <w:p w:rsidR="00167B52" w:rsidRDefault="003A5972">
            <w:pPr>
              <w:jc w:val="center"/>
            </w:pPr>
            <w:r>
              <w:rPr>
                <w:b/>
                <w:sz w:val="17"/>
              </w:rPr>
              <w:t>Carpentry &amp; Hardware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b/>
                <w:sz w:val="17"/>
              </w:rPr>
              <w:t>Tentative quantity</w:t>
            </w:r>
            <w:r>
              <w:rPr>
                <w:b/>
                <w:sz w:val="17"/>
              </w:rPr>
              <w:br/>
              <w:t>required per month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b/>
                <w:sz w:val="17"/>
              </w:rPr>
              <w:t>Unit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b/>
                <w:sz w:val="17"/>
              </w:rPr>
              <w:t>Price per Unit (Rs.)</w:t>
            </w: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Screw 0.75", 1.00", 1.5", 2.00", 3.00"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Pkt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Pkt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Nails: 1.5", 2", 4" (Various Size)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 Kg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Kg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Hinges 4"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 xml:space="preserve">Hinges </w:t>
            </w:r>
            <w:r>
              <w:rPr>
                <w:sz w:val="16"/>
              </w:rPr>
              <w:t>5"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Door Handle Aluminium 5"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Towel Volt 8" Aluminium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Towel Volt 4" Aluminium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Door Handles 5" Aluminium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Shapka Aluminium 4"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Pc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2" Steel Bed Screw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1.5 Kg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Kg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Wire Mesh (Width 3')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01 Roll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Square Feet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Ply Board 6 mm thick (ISI) 6'X3'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05 No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Square Feet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Ply Board 18 mm thick (ISI) 6'X4'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04 No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Square Feet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14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Black Nails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01 Kg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Kg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Machine Screw 3"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05 Pkt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Pkt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16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Sliding Volt 12"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17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Door Handle 6" Aluminium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18</w:t>
            </w:r>
          </w:p>
        </w:tc>
        <w:tc>
          <w:tcPr>
            <w:tcW w:w="3384" w:type="dxa"/>
            <w:vAlign w:val="center"/>
          </w:tcPr>
          <w:p w:rsidR="00167B52" w:rsidRDefault="003A5972" w:rsidP="00326D51">
            <w:r>
              <w:rPr>
                <w:sz w:val="16"/>
              </w:rPr>
              <w:t>4"Hange</w:t>
            </w:r>
            <w:r w:rsidR="00326D51">
              <w:rPr>
                <w:sz w:val="16"/>
              </w:rPr>
              <w:t>r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>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Hanger 12"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15 mm GI Pipe (Jindal Hisar B)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25 Meter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Meter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20 mm GI Pipe (Jindal Hisar B)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25 Meter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Meter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22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PVS Bib Tap (Paryag)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23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½" PVC Ball Cock (Paryag)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20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¾"</w:t>
            </w:r>
            <w:r>
              <w:rPr>
                <w:sz w:val="16"/>
              </w:rPr>
              <w:t xml:space="preserve"> PVC Ball Cock (Paryag)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20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25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PVC Angle Cock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26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Urinal Push Cock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27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PVC Connection 18" long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28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1 ¼ CP Waste (4" Long)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29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1 ¼ CP Waste (6" Long)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30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1 ¼ PVC Waste Pipe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31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½" GI Elbow (AVR/UCO)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32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CP Gratings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33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¾" GI Elbow (AVR/UCO)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34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½" GI Tee (AVR/UCO)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35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¾" GI Tee (AVR/UCO)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36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 X ¾" GI Reducer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37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 X ¾" GI Elbow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38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½" GI Socket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39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¾" GI Socket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40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½" Plug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167B52" w:rsidTr="00326D51">
        <w:trPr>
          <w:jc w:val="center"/>
        </w:trPr>
        <w:tc>
          <w:tcPr>
            <w:tcW w:w="994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41</w:t>
            </w:r>
          </w:p>
        </w:tc>
        <w:tc>
          <w:tcPr>
            <w:tcW w:w="3384" w:type="dxa"/>
            <w:vAlign w:val="center"/>
          </w:tcPr>
          <w:p w:rsidR="00167B52" w:rsidRDefault="003A5972">
            <w:r>
              <w:rPr>
                <w:sz w:val="16"/>
              </w:rPr>
              <w:t>¾" Plug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167B52" w:rsidRDefault="003A5972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167B52" w:rsidRDefault="00167B52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42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pPr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" Plug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>4</w:t>
            </w:r>
            <w:r>
              <w:rPr>
                <w:sz w:val="16"/>
              </w:rPr>
              <w:t xml:space="preserve">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43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½ X 4" Long GI Nipple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44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½ X 3" Long GI Nipple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45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½" GI Nipple Hexa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46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½ X 6" Long GI Nipple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47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½" GI Union (AVR)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48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¾" GI Union (AVR)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49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Jet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lastRenderedPageBreak/>
              <w:t>50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Health Fausit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51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Suit Gola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52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Cistern Handle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53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Syphon Kit Set (Nova)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54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½" Peet Valve (ISI)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55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¾" Peet Valve (ISI)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56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1" Peet Valve (ISI)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57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Lead (Safadta)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 Kg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Kg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58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1" PVC Ball Cock (Paryag)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59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Hanger 18" Long/12" Hucks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24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60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Tank Cover (1000 ltr)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61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Tank Cover (2000 ltr)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62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White Cement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05 Kg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Kg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63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Grinder Blades 4"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64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Grinder Blades 5"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06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65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Drill Bit 12"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02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66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Drill Bit 6"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04 Pc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67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 xml:space="preserve">Die </w:t>
            </w:r>
            <w:proofErr w:type="spellStart"/>
            <w:r>
              <w:rPr>
                <w:sz w:val="16"/>
              </w:rPr>
              <w:t>Gutka</w:t>
            </w:r>
            <w:proofErr w:type="spellEnd"/>
            <w:r>
              <w:rPr>
                <w:sz w:val="16"/>
              </w:rPr>
              <w:t xml:space="preserve"> Set (3/4", ½", 1")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 Set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Set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68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GI Union (1 Inch)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69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Hook Urinal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70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China Ware Urinal Partition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71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Urinal Pot (Half Stall)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72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Water Proof 20 Liters Pack</w:t>
            </w:r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Dr</w:t>
            </w:r>
            <w:proofErr w:type="spellEnd"/>
            <w:r>
              <w:rPr>
                <w:sz w:val="16"/>
              </w:rPr>
              <w:t xml:space="preserve"> Fixer 301 No.)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73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Paint Brush (5 Inch)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74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Paint Brush (3 Inch)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75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Paint Roller (Medium size)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76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Distemper Asian (20 Liters Pack)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77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Putty (40 Kg Bag)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78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POP (20 Kg Bag)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79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proofErr w:type="spellStart"/>
            <w:r>
              <w:rPr>
                <w:sz w:val="16"/>
              </w:rPr>
              <w:t>Regmar</w:t>
            </w:r>
            <w:proofErr w:type="spellEnd"/>
            <w:r>
              <w:rPr>
                <w:sz w:val="16"/>
              </w:rPr>
              <w:t xml:space="preserve"> (150 No)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80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 xml:space="preserve">Paint </w:t>
            </w:r>
            <w:proofErr w:type="spellStart"/>
            <w:r>
              <w:rPr>
                <w:sz w:val="16"/>
              </w:rPr>
              <w:t>Grery</w:t>
            </w:r>
            <w:proofErr w:type="spellEnd"/>
            <w:r>
              <w:rPr>
                <w:sz w:val="16"/>
              </w:rPr>
              <w:t xml:space="preserve"> (Asian) 20 Liters Pack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81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Paint Grey (Asian) 04 Liters Pack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82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Paint White (Asian) 20 Liters Pack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83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Paint White (Asian) 04 Liters Pack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84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proofErr w:type="spellStart"/>
            <w:r>
              <w:rPr>
                <w:sz w:val="16"/>
              </w:rPr>
              <w:t>Tarpin</w:t>
            </w:r>
            <w:proofErr w:type="spellEnd"/>
            <w:r>
              <w:rPr>
                <w:sz w:val="16"/>
              </w:rPr>
              <w:t xml:space="preserve"> Oil (5 liter Pack)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85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Patti with handle 8 Inch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86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Patti with handle 6 Inch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87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Door slip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  <w:tr w:rsidR="00326D51" w:rsidTr="00326D51">
        <w:trPr>
          <w:jc w:val="center"/>
        </w:trPr>
        <w:tc>
          <w:tcPr>
            <w:tcW w:w="994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88</w:t>
            </w:r>
          </w:p>
        </w:tc>
        <w:tc>
          <w:tcPr>
            <w:tcW w:w="3384" w:type="dxa"/>
            <w:vAlign w:val="center"/>
          </w:tcPr>
          <w:p w:rsidR="00326D51" w:rsidRDefault="00326D51" w:rsidP="00326D51">
            <w:r>
              <w:rPr>
                <w:sz w:val="16"/>
              </w:rPr>
              <w:t>Tiles Cleaner High Density (1 Liters)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01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  <w:r>
              <w:rPr>
                <w:sz w:val="16"/>
              </w:rPr>
              <w:t>Piece</w:t>
            </w:r>
          </w:p>
        </w:tc>
        <w:tc>
          <w:tcPr>
            <w:tcW w:w="2189" w:type="dxa"/>
            <w:vAlign w:val="center"/>
          </w:tcPr>
          <w:p w:rsidR="00326D51" w:rsidRDefault="00326D51" w:rsidP="00326D51">
            <w:pPr>
              <w:jc w:val="center"/>
            </w:pPr>
          </w:p>
        </w:tc>
      </w:tr>
    </w:tbl>
    <w:p w:rsidR="003A5972" w:rsidRDefault="003A5972">
      <w:bookmarkStart w:id="0" w:name="_GoBack"/>
      <w:bookmarkEnd w:id="0"/>
    </w:p>
    <w:sectPr w:rsidR="003A5972" w:rsidSect="00034616"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7B52"/>
    <w:rsid w:val="0029639D"/>
    <w:rsid w:val="00326D51"/>
    <w:rsid w:val="00326F90"/>
    <w:rsid w:val="0032732D"/>
    <w:rsid w:val="003A597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9336E5"/>
  <w14:defaultImageDpi w14:val="300"/>
  <w15:docId w15:val="{11401BAE-0E31-4B47-B47D-9A3EBA5B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4B808A-4C21-4067-B202-19491735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2026-08-26T12:10:00Z</dcterms:created>
  <dcterms:modified xsi:type="dcterms:W3CDTF">2026-08-26T12:10:00Z</dcterms:modified>
  <cp:category/>
</cp:coreProperties>
</file>